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7981A" w14:textId="77777777" w:rsidR="00177DA1" w:rsidRDefault="00000000">
      <w:pPr>
        <w:spacing w:after="560"/>
        <w:jc w:val="center"/>
        <w:rPr>
          <w:rFonts w:ascii="Georgia" w:hAnsi="Georgia"/>
          <w:b/>
          <w:sz w:val="44"/>
        </w:rPr>
      </w:pPr>
      <w:r>
        <w:rPr>
          <w:rFonts w:ascii="Georgia" w:hAnsi="Georgia"/>
          <w:b/>
          <w:sz w:val="44"/>
        </w:rPr>
        <w:t>My Educational Philosophy</w:t>
      </w:r>
    </w:p>
    <w:p w14:paraId="12F71FBC" w14:textId="7E6F31A9" w:rsidR="00DF0995" w:rsidRPr="00DF0995" w:rsidRDefault="00DF0995">
      <w:pPr>
        <w:spacing w:after="560"/>
        <w:jc w:val="center"/>
        <w:rPr>
          <w:sz w:val="32"/>
          <w:szCs w:val="32"/>
        </w:rPr>
      </w:pPr>
      <w:r w:rsidRPr="00DF0995">
        <w:rPr>
          <w:sz w:val="32"/>
          <w:szCs w:val="32"/>
        </w:rPr>
        <w:t>Examining causes of declining achievement</w:t>
      </w:r>
    </w:p>
    <w:p w14:paraId="7282E00E" w14:textId="47A8199B" w:rsidR="00177DA1" w:rsidRDefault="00FB76AC">
      <w:pPr>
        <w:spacing w:before="80" w:after="320" w:line="288" w:lineRule="auto"/>
      </w:pPr>
      <w:r>
        <w:rPr>
          <w:rFonts w:ascii="Georgia" w:hAnsi="Georgia"/>
          <w:b/>
          <w:sz w:val="27"/>
        </w:rPr>
        <w:t>19% of American high school graduates cannot read at a fifth-grade level. Thirty-two million adults can’t read at all. In 2022, the average ACT score fell to its lowest point in thirty years.</w:t>
      </w:r>
    </w:p>
    <w:p w14:paraId="21DA6549" w14:textId="08CFFDA1" w:rsidR="00177DA1" w:rsidRPr="00FB76AC" w:rsidRDefault="00000000">
      <w:pPr>
        <w:spacing w:after="280" w:line="300" w:lineRule="auto"/>
        <w:rPr>
          <w:b/>
          <w:bCs/>
        </w:rPr>
      </w:pPr>
      <w:r w:rsidRPr="00FB76AC">
        <w:rPr>
          <w:rFonts w:ascii="Georgia" w:hAnsi="Georgia"/>
          <w:b/>
          <w:bCs/>
          <w:i/>
          <w:sz w:val="25"/>
        </w:rPr>
        <w:t xml:space="preserve">These are not </w:t>
      </w:r>
      <w:r w:rsidR="0088652B">
        <w:rPr>
          <w:rFonts w:ascii="Georgia" w:hAnsi="Georgia"/>
          <w:b/>
          <w:bCs/>
          <w:i/>
          <w:sz w:val="25"/>
        </w:rPr>
        <w:t>data glitches</w:t>
      </w:r>
      <w:r w:rsidRPr="00FB76AC">
        <w:rPr>
          <w:rFonts w:ascii="Georgia" w:hAnsi="Georgia"/>
          <w:b/>
          <w:bCs/>
          <w:i/>
          <w:sz w:val="25"/>
        </w:rPr>
        <w:t>. This is the result.</w:t>
      </w:r>
    </w:p>
    <w:p w14:paraId="526C7729" w14:textId="77777777" w:rsidR="00177DA1" w:rsidRDefault="00000000" w:rsidP="00FB76AC">
      <w:pPr>
        <w:spacing w:after="280" w:line="300" w:lineRule="auto"/>
        <w:ind w:firstLine="720"/>
      </w:pPr>
      <w:r>
        <w:rPr>
          <w:rFonts w:ascii="Georgia" w:hAnsi="Georgia"/>
          <w:sz w:val="25"/>
        </w:rPr>
        <w:t>So why is no one talking about it? The average high school graduate comprehends roughly a quarter of the subject material they were supposedly taught. That number hasn’t moved in thirty years — even as we’ve quietly lowered the bar they had to clear to get there. Which means the real number, measured against any honest standard, is worse than a quarter. It has been getting worse the whole time we’ve been telling ourselves it was holding steady.</w:t>
      </w:r>
    </w:p>
    <w:p w14:paraId="26245156" w14:textId="77777777" w:rsidR="00177DA1" w:rsidRDefault="00000000" w:rsidP="00FB76AC">
      <w:pPr>
        <w:spacing w:after="280" w:line="300" w:lineRule="auto"/>
        <w:ind w:firstLine="720"/>
      </w:pPr>
      <w:r>
        <w:rPr>
          <w:rFonts w:ascii="Georgia" w:hAnsi="Georgia"/>
          <w:sz w:val="25"/>
        </w:rPr>
        <w:t>These students are supposed to be our future leaders. We are not treating them like it. Most high school students today cannot pass a basic citizenship test — cannot tell you how their own government works, the government that will tax them, write their laws, and shape every single day of their adult lives. We have handed them a country and never taught them how it runs.</w:t>
      </w:r>
    </w:p>
    <w:p w14:paraId="5A512A3B" w14:textId="2CDB2BCE" w:rsidR="00177DA1" w:rsidRDefault="00000000" w:rsidP="00FB76AC">
      <w:pPr>
        <w:spacing w:after="280" w:line="300" w:lineRule="auto"/>
        <w:ind w:firstLine="720"/>
      </w:pPr>
      <w:r>
        <w:rPr>
          <w:rFonts w:ascii="Georgia" w:hAnsi="Georgia"/>
          <w:sz w:val="25"/>
        </w:rPr>
        <w:t xml:space="preserve">And it isn’t confined to civics. The United States </w:t>
      </w:r>
      <w:r w:rsidR="0088652B">
        <w:rPr>
          <w:rFonts w:ascii="Georgia" w:hAnsi="Georgia"/>
          <w:sz w:val="25"/>
        </w:rPr>
        <w:t>has the largest economy on Earth, and its 15-year-olds rank 28th out of 37 developed nations in math — 34th out of 81 countries</w:t>
      </w:r>
      <w:r>
        <w:rPr>
          <w:rFonts w:ascii="Georgia" w:hAnsi="Georgia"/>
          <w:sz w:val="25"/>
        </w:rPr>
        <w:t xml:space="preserve"> worldwide. Our university system, the envy of the </w:t>
      </w:r>
      <w:r w:rsidR="0088652B">
        <w:rPr>
          <w:rFonts w:ascii="Georgia" w:hAnsi="Georgia"/>
          <w:sz w:val="25"/>
        </w:rPr>
        <w:t>world for a century, has been slipping in global rankings for years</w:t>
      </w:r>
      <w:r>
        <w:rPr>
          <w:rFonts w:ascii="Georgia" w:hAnsi="Georgia"/>
          <w:sz w:val="25"/>
        </w:rPr>
        <w:t>. We are a wealthy nation. We are a world power. How long do either of those last if this is the foundation underneath them? Education is the single biggest issue facing this country, and somehow, almost no one is saying so out loud.</w:t>
      </w:r>
    </w:p>
    <w:p w14:paraId="76CDF90A" w14:textId="0645D7AF" w:rsidR="00177DA1" w:rsidRDefault="00000000" w:rsidP="00FB76AC">
      <w:pPr>
        <w:spacing w:after="280" w:line="300" w:lineRule="auto"/>
        <w:ind w:firstLine="720"/>
      </w:pPr>
      <w:r>
        <w:rPr>
          <w:rFonts w:ascii="Georgia" w:hAnsi="Georgia"/>
          <w:sz w:val="25"/>
        </w:rPr>
        <w:lastRenderedPageBreak/>
        <w:t>Start with the people we’ve asked to fix it. Too few college students are majoring in education, and it isn’t a mystery why. Search “teacher gets punched” and watch the videos pile up — teachers shoved, kicked, cursed at, filmed doing it. Then look at the paycheck waiting for them at the end. Who signs up for that?</w:t>
      </w:r>
    </w:p>
    <w:p w14:paraId="56D7EC24" w14:textId="4A6DDF09" w:rsidR="00177DA1" w:rsidRDefault="00000000" w:rsidP="00FB76AC">
      <w:pPr>
        <w:spacing w:after="280" w:line="300" w:lineRule="auto"/>
        <w:ind w:firstLine="720"/>
      </w:pPr>
      <w:r>
        <w:rPr>
          <w:rFonts w:ascii="Georgia" w:hAnsi="Georgia"/>
          <w:sz w:val="25"/>
        </w:rPr>
        <w:t>We are</w:t>
      </w:r>
      <w:r w:rsidR="00FB76AC">
        <w:rPr>
          <w:rFonts w:ascii="Georgia" w:hAnsi="Georgia"/>
          <w:sz w:val="25"/>
        </w:rPr>
        <w:t xml:space="preserve"> in a fragile moment right now</w:t>
      </w:r>
      <w:r>
        <w:rPr>
          <w:rFonts w:ascii="Georgia" w:hAnsi="Georgia"/>
          <w:sz w:val="25"/>
        </w:rPr>
        <w:t>. We asked teachers to teach through a screen, then asked them to walk back into a classroom and repair the social and emotional wreckage remote learning left behind in their students — while carrying their own. And into that same classroom, into rooms full of kids functioning years below grade level, we are placing teachers who were never given sufficient training in basic instructional methodology to begin with.</w:t>
      </w:r>
    </w:p>
    <w:p w14:paraId="348B167E" w14:textId="77777777" w:rsidR="00177DA1" w:rsidRPr="00FB76AC" w:rsidRDefault="00000000">
      <w:pPr>
        <w:spacing w:after="280" w:line="300" w:lineRule="auto"/>
        <w:rPr>
          <w:b/>
          <w:bCs/>
        </w:rPr>
      </w:pPr>
      <w:r w:rsidRPr="00FB76AC">
        <w:rPr>
          <w:rFonts w:ascii="Georgia" w:hAnsi="Georgia"/>
          <w:b/>
          <w:bCs/>
          <w:i/>
          <w:sz w:val="25"/>
        </w:rPr>
        <w:t>That should alarm every single one of us.</w:t>
      </w:r>
    </w:p>
    <w:p w14:paraId="56EAAB73" w14:textId="7527787A" w:rsidR="00177DA1" w:rsidRDefault="00000000" w:rsidP="00FB76AC">
      <w:pPr>
        <w:spacing w:after="280" w:line="300" w:lineRule="auto"/>
        <w:ind w:firstLine="720"/>
      </w:pPr>
      <w:r>
        <w:rPr>
          <w:rFonts w:ascii="Georgia" w:hAnsi="Georgia"/>
          <w:sz w:val="25"/>
        </w:rPr>
        <w:t xml:space="preserve">Then there’s home. Most parents don’t know how to support a child through school, and almost no one is giving them the tools to try. The real conversation nobody wants to have is about how the family itself has changed. Single-parent households are more common than </w:t>
      </w:r>
      <w:r w:rsidR="0088652B">
        <w:rPr>
          <w:rFonts w:ascii="Georgia" w:hAnsi="Georgia"/>
          <w:sz w:val="25"/>
        </w:rPr>
        <w:t>ever</w:t>
      </w:r>
      <w:r>
        <w:rPr>
          <w:rFonts w:ascii="Georgia" w:hAnsi="Georgia"/>
          <w:sz w:val="25"/>
        </w:rPr>
        <w:t xml:space="preserve">. Even in two-parent homes, both parents are usually working full time, out of the house from eight in the morning until six or seven at night. They come home to cook dinner, bathe the kids, feed them — and then they’re supposed to sit down and do homework. Most nights, that last part doesn’t happen. We need to talk honestly about what’s failing in our communities and </w:t>
      </w:r>
      <w:r w:rsidR="0088652B">
        <w:rPr>
          <w:rFonts w:ascii="Georgia" w:hAnsi="Georgia"/>
          <w:sz w:val="25"/>
        </w:rPr>
        <w:t>family structures, because it is landing in full</w:t>
      </w:r>
      <w:r>
        <w:rPr>
          <w:rFonts w:ascii="Georgia" w:hAnsi="Georgia"/>
          <w:sz w:val="25"/>
        </w:rPr>
        <w:t xml:space="preserve"> on the educational system.</w:t>
      </w:r>
    </w:p>
    <w:p w14:paraId="03C04627" w14:textId="73B0C4C4" w:rsidR="00177DA1" w:rsidRDefault="00000000" w:rsidP="00FB76AC">
      <w:pPr>
        <w:spacing w:after="280" w:line="300" w:lineRule="auto"/>
        <w:ind w:firstLine="720"/>
      </w:pPr>
      <w:r>
        <w:rPr>
          <w:rFonts w:ascii="Georgia" w:hAnsi="Georgia"/>
          <w:sz w:val="25"/>
        </w:rPr>
        <w:t xml:space="preserve">And we need to talk about the bureaucracy that’s supposed to be holding </w:t>
      </w:r>
      <w:r w:rsidR="0088652B">
        <w:rPr>
          <w:rFonts w:ascii="Georgia" w:hAnsi="Georgia"/>
          <w:sz w:val="25"/>
        </w:rPr>
        <w:t>all of this up</w:t>
      </w:r>
      <w:r>
        <w:rPr>
          <w:rFonts w:ascii="Georgia" w:hAnsi="Georgia"/>
          <w:sz w:val="25"/>
        </w:rPr>
        <w:t>.</w:t>
      </w:r>
    </w:p>
    <w:p w14:paraId="025004D0" w14:textId="5C8118AB" w:rsidR="00177DA1" w:rsidRDefault="00000000" w:rsidP="00FB76AC">
      <w:pPr>
        <w:spacing w:after="280" w:line="300" w:lineRule="auto"/>
        <w:ind w:firstLine="720"/>
      </w:pPr>
      <w:r>
        <w:rPr>
          <w:rFonts w:ascii="Georgia" w:hAnsi="Georgia"/>
          <w:sz w:val="25"/>
        </w:rPr>
        <w:t xml:space="preserve">Policy in this country is written by bureaucrats, not by the educators standing in front of the classroom who actually see what’s broken. That has built a system with no accountability anywhere. Twenty-five percent proficiency among graduating seniors — and who gets held responsible for it? Which bureaucrat gets fired? We need administrators who actually know what </w:t>
      </w:r>
      <w:r>
        <w:rPr>
          <w:rFonts w:ascii="Georgia" w:hAnsi="Georgia"/>
          <w:sz w:val="25"/>
        </w:rPr>
        <w:lastRenderedPageBreak/>
        <w:t>is happening in their own classrooms, and we need a family structure so stretched thin that it can no longer function without support to get that support.</w:t>
      </w:r>
    </w:p>
    <w:p w14:paraId="52D54D58" w14:textId="3C550EBE" w:rsidR="00177DA1" w:rsidRDefault="00000000" w:rsidP="00FB76AC">
      <w:pPr>
        <w:spacing w:after="280" w:line="300" w:lineRule="auto"/>
        <w:ind w:firstLine="720"/>
      </w:pPr>
      <w:r>
        <w:rPr>
          <w:rFonts w:ascii="Georgia" w:hAnsi="Georgia"/>
          <w:sz w:val="25"/>
        </w:rPr>
        <w:t xml:space="preserve">It now takes two incomes to get by. And somewhere along the way, we decided the answer was to put </w:t>
      </w:r>
      <w:r w:rsidR="00FB76AC">
        <w:rPr>
          <w:rFonts w:ascii="Georgia" w:hAnsi="Georgia"/>
          <w:sz w:val="25"/>
        </w:rPr>
        <w:t>it all</w:t>
      </w:r>
      <w:r>
        <w:rPr>
          <w:rFonts w:ascii="Georgia" w:hAnsi="Georgia"/>
          <w:sz w:val="25"/>
        </w:rPr>
        <w:t xml:space="preserve"> on the teacher. Teach the content. Handle the discipline. Instill the values a child </w:t>
      </w:r>
      <w:r w:rsidR="0088652B">
        <w:rPr>
          <w:rFonts w:ascii="Georgia" w:hAnsi="Georgia"/>
          <w:sz w:val="25"/>
        </w:rPr>
        <w:t>is supposed to already have</w:t>
      </w:r>
      <w:r>
        <w:rPr>
          <w:rFonts w:ascii="Georgia" w:hAnsi="Georgia"/>
          <w:sz w:val="25"/>
        </w:rPr>
        <w:t xml:space="preserve"> in place. Ask one person to be the parent, the counselor, and the instructor, all in the same fifty-minute period — and then act surprised when that person burns out.</w:t>
      </w:r>
    </w:p>
    <w:p w14:paraId="5C050222" w14:textId="77777777" w:rsidR="00177DA1" w:rsidRDefault="00000000" w:rsidP="00FB76AC">
      <w:pPr>
        <w:spacing w:after="80" w:line="300" w:lineRule="auto"/>
        <w:ind w:firstLine="720"/>
      </w:pPr>
      <w:r>
        <w:rPr>
          <w:rFonts w:ascii="Georgia" w:hAnsi="Georgia"/>
          <w:sz w:val="25"/>
        </w:rPr>
        <w:t>That is the disconnect. That is why fewer people are majoring in education every single year. Ask them why, and it comes back to the same answer, every time: the money isn’t there.</w:t>
      </w:r>
    </w:p>
    <w:p w14:paraId="472FC90A" w14:textId="77777777" w:rsidR="00177DA1" w:rsidRDefault="00000000">
      <w:pPr>
        <w:spacing w:before="80" w:after="320" w:line="288" w:lineRule="auto"/>
      </w:pPr>
      <w:r>
        <w:rPr>
          <w:rFonts w:ascii="Georgia" w:hAnsi="Georgia"/>
          <w:b/>
          <w:sz w:val="27"/>
        </w:rPr>
        <w:t>Fix that, and everything else in this essay starts to move.</w:t>
      </w:r>
    </w:p>
    <w:sectPr w:rsidR="00177DA1" w:rsidSect="00034616">
      <w:pgSz w:w="12240" w:h="15840"/>
      <w:pgMar w:top="1800" w:right="1800" w:bottom="18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0596117">
    <w:abstractNumId w:val="8"/>
  </w:num>
  <w:num w:numId="2" w16cid:durableId="1846897926">
    <w:abstractNumId w:val="6"/>
  </w:num>
  <w:num w:numId="3" w16cid:durableId="396589368">
    <w:abstractNumId w:val="5"/>
  </w:num>
  <w:num w:numId="4" w16cid:durableId="665716167">
    <w:abstractNumId w:val="4"/>
  </w:num>
  <w:num w:numId="5" w16cid:durableId="2017920571">
    <w:abstractNumId w:val="7"/>
  </w:num>
  <w:num w:numId="6" w16cid:durableId="1519543312">
    <w:abstractNumId w:val="3"/>
  </w:num>
  <w:num w:numId="7" w16cid:durableId="2069068698">
    <w:abstractNumId w:val="2"/>
  </w:num>
  <w:num w:numId="8" w16cid:durableId="859197227">
    <w:abstractNumId w:val="1"/>
  </w:num>
  <w:num w:numId="9" w16cid:durableId="126113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S2MLA0BTEMLQ0tlHSUglOLizPz80AKjGoBIgxKjiwAAAA="/>
  </w:docVars>
  <w:rsids>
    <w:rsidRoot w:val="00B47730"/>
    <w:rsid w:val="00034616"/>
    <w:rsid w:val="0006063C"/>
    <w:rsid w:val="0015074B"/>
    <w:rsid w:val="00177DA1"/>
    <w:rsid w:val="0029639D"/>
    <w:rsid w:val="00326F90"/>
    <w:rsid w:val="00376CDD"/>
    <w:rsid w:val="0088652B"/>
    <w:rsid w:val="008A7306"/>
    <w:rsid w:val="00A267EF"/>
    <w:rsid w:val="00AA1D8D"/>
    <w:rsid w:val="00B47730"/>
    <w:rsid w:val="00CB0664"/>
    <w:rsid w:val="00DF0995"/>
    <w:rsid w:val="00DF63C9"/>
    <w:rsid w:val="00EA70DA"/>
    <w:rsid w:val="00FB76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B7EC5"/>
  <w14:defaultImageDpi w14:val="300"/>
  <w15:docId w15:val="{65E1F637-D238-488B-8C95-835BFC5C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Schreier</cp:lastModifiedBy>
  <cp:revision>3</cp:revision>
  <dcterms:created xsi:type="dcterms:W3CDTF">2026-08-16T19:17:00Z</dcterms:created>
  <dcterms:modified xsi:type="dcterms:W3CDTF">2026-08-17T01:22:00Z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bffb7e1a-5af8-4e2b-8544-81e009f927cb</vt:lpwstr>
  </property>
</Properties>
</file>